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34AE2F" w14:textId="77777777" w:rsidR="00B466D6" w:rsidRDefault="00000000">
      <w:r>
        <w:t>Sample Complaint Letter:</w:t>
      </w:r>
    </w:p>
    <w:p w14:paraId="4F0B0F39" w14:textId="77777777" w:rsidR="00B466D6" w:rsidRDefault="00B466D6"/>
    <w:p w14:paraId="7653E8DA" w14:textId="77777777" w:rsidR="00B466D6" w:rsidRDefault="00000000">
      <w:r>
        <w:t>Date: [Current Date]</w:t>
      </w:r>
    </w:p>
    <w:p w14:paraId="32C8B29D" w14:textId="77777777" w:rsidR="00B466D6" w:rsidRDefault="00000000">
      <w:r>
        <w:t>To,</w:t>
      </w:r>
    </w:p>
    <w:p w14:paraId="5879100B" w14:textId="77777777" w:rsidR="00B466D6" w:rsidRDefault="00000000">
      <w:r>
        <w:t>The Branch Manager</w:t>
      </w:r>
    </w:p>
    <w:p w14:paraId="37695C20" w14:textId="77777777" w:rsidR="00B466D6" w:rsidRDefault="00000000">
      <w:r>
        <w:t>[Bank Name]</w:t>
      </w:r>
    </w:p>
    <w:p w14:paraId="7B3B0FF6" w14:textId="4BA1A156" w:rsidR="00B466D6" w:rsidRDefault="00000000">
      <w:r>
        <w:t>[Branch Address]</w:t>
      </w:r>
    </w:p>
    <w:p w14:paraId="68AB5F09" w14:textId="77777777" w:rsidR="001907AF" w:rsidRDefault="001907AF"/>
    <w:p w14:paraId="71378EEC" w14:textId="12B73F1B" w:rsidR="00B466D6" w:rsidRDefault="00000000">
      <w:r>
        <w:t xml:space="preserve">Subject: Complaint Regarding UPI Transaction – Amount Debited </w:t>
      </w:r>
      <w:proofErr w:type="gramStart"/>
      <w:r>
        <w:t>But</w:t>
      </w:r>
      <w:proofErr w:type="gramEnd"/>
      <w:r>
        <w:t xml:space="preserve"> Not Credited</w:t>
      </w:r>
    </w:p>
    <w:p w14:paraId="21818A91" w14:textId="77777777" w:rsidR="001907AF" w:rsidRDefault="001907AF"/>
    <w:p w14:paraId="7B72E2C6" w14:textId="77777777" w:rsidR="00B466D6" w:rsidRDefault="00000000">
      <w:r>
        <w:t>Respected Sir/Madam,</w:t>
      </w:r>
    </w:p>
    <w:p w14:paraId="2C474B2B" w14:textId="77777777" w:rsidR="00B466D6" w:rsidRDefault="00000000">
      <w:r>
        <w:t>I am writing to bring to your kind attention a UPI transaction issue. I made a UPI payment, but the amount was debited from my account even though the beneficiary did not receive it.</w:t>
      </w:r>
    </w:p>
    <w:p w14:paraId="1DD96BBF" w14:textId="01ADA92F" w:rsidR="00B466D6" w:rsidRDefault="00000000">
      <w:r>
        <w:t>Transaction Details:</w:t>
      </w:r>
    </w:p>
    <w:p w14:paraId="390742A6" w14:textId="77777777" w:rsidR="00B466D6" w:rsidRDefault="00000000">
      <w:r>
        <w:t>Account Holder Name: [Your Name]</w:t>
      </w:r>
    </w:p>
    <w:p w14:paraId="66949FFC" w14:textId="77777777" w:rsidR="00B466D6" w:rsidRDefault="00000000">
      <w:r>
        <w:t>Account Number: [Your Account Number]</w:t>
      </w:r>
    </w:p>
    <w:p w14:paraId="6ECA83E6" w14:textId="77777777" w:rsidR="00B466D6" w:rsidRDefault="00000000">
      <w:r>
        <w:t>Transaction Date: [DD/MM/YYYY]</w:t>
      </w:r>
    </w:p>
    <w:p w14:paraId="6A330A55" w14:textId="77777777" w:rsidR="00B466D6" w:rsidRDefault="00000000">
      <w:r>
        <w:t>Transaction Time: [HH:MM AM/PM]</w:t>
      </w:r>
    </w:p>
    <w:p w14:paraId="432061C7" w14:textId="77777777" w:rsidR="00B466D6" w:rsidRDefault="00000000">
      <w:r>
        <w:t>Transaction Amount: ₹[Amount]</w:t>
      </w:r>
    </w:p>
    <w:p w14:paraId="4C53F5A5" w14:textId="77777777" w:rsidR="00B466D6" w:rsidRDefault="00000000">
      <w:r>
        <w:t>UTR Number: [12-digit UTR]</w:t>
      </w:r>
    </w:p>
    <w:p w14:paraId="4C03996D" w14:textId="77777777" w:rsidR="00B466D6" w:rsidRDefault="00000000">
      <w:r>
        <w:t>UPI App Used: [Google Pay/PhonePe/Paytm/Other]</w:t>
      </w:r>
    </w:p>
    <w:p w14:paraId="4121C64F" w14:textId="77777777" w:rsidR="00B466D6" w:rsidRDefault="00000000">
      <w:r>
        <w:t>Beneficiary UPI ID/Phone Number: [Receiver’s UPI ID]</w:t>
      </w:r>
    </w:p>
    <w:p w14:paraId="47C1AB20" w14:textId="77777777" w:rsidR="00B466D6" w:rsidRDefault="00B466D6"/>
    <w:p w14:paraId="6BCED013" w14:textId="77777777" w:rsidR="00B466D6" w:rsidRDefault="00000000">
      <w:r>
        <w:t>The payment failed, and the beneficiary confirmed they have not received the amount. However, the money has been debited from my account, as visible in my bank statement.</w:t>
      </w:r>
    </w:p>
    <w:p w14:paraId="4EA3C66F" w14:textId="77777777" w:rsidR="00B466D6" w:rsidRDefault="00000000">
      <w:r>
        <w:t>As per RBI guidelines on failed UPI transactions, the amount should be auto-reversed within a T+1 working day. Since more than [number] working days have passed, I request that you kindly look into this matter urgently and credit the amount to my account at the earliest.</w:t>
      </w:r>
    </w:p>
    <w:p w14:paraId="7C00794C" w14:textId="77777777" w:rsidR="00B466D6" w:rsidRDefault="00B466D6"/>
    <w:p w14:paraId="393A44CE" w14:textId="77777777" w:rsidR="00B466D6" w:rsidRDefault="00000000">
      <w:r>
        <w:t>Attached Documents:</w:t>
      </w:r>
    </w:p>
    <w:p w14:paraId="27F56762" w14:textId="77777777" w:rsidR="00B466D6" w:rsidRDefault="00000000">
      <w:r>
        <w:t>Screenshot of failed transaction</w:t>
      </w:r>
    </w:p>
    <w:p w14:paraId="0C8BD187" w14:textId="77777777" w:rsidR="00B466D6" w:rsidRDefault="00000000">
      <w:r>
        <w:t>Bank statement showing money debited</w:t>
      </w:r>
    </w:p>
    <w:p w14:paraId="5C51258C" w14:textId="7E400EA4" w:rsidR="00B466D6" w:rsidRDefault="00000000">
      <w:r>
        <w:t>UTR number reference</w:t>
      </w:r>
    </w:p>
    <w:p w14:paraId="301A4B65" w14:textId="77777777" w:rsidR="00B466D6" w:rsidRDefault="00000000">
      <w:r>
        <w:t>I request you to resolve this issue and refund the deducted amount within the stipulated time as per RBI regulations.</w:t>
      </w:r>
    </w:p>
    <w:p w14:paraId="3C5EDD1C" w14:textId="77777777" w:rsidR="00B466D6" w:rsidRDefault="00000000">
      <w:r>
        <w:t>Thank you for your prompt attention to this matter.</w:t>
      </w:r>
    </w:p>
    <w:p w14:paraId="1E553F95" w14:textId="77777777" w:rsidR="00B466D6" w:rsidRDefault="00B466D6"/>
    <w:p w14:paraId="47750AC0" w14:textId="77777777" w:rsidR="00B466D6" w:rsidRDefault="00000000">
      <w:r>
        <w:t>Yours sincerely,</w:t>
      </w:r>
    </w:p>
    <w:p w14:paraId="702A367F" w14:textId="77777777" w:rsidR="00B466D6" w:rsidRDefault="00000000">
      <w:r>
        <w:t>[Your Signature]</w:t>
      </w:r>
    </w:p>
    <w:p w14:paraId="1E79A2AC" w14:textId="77777777" w:rsidR="00B466D6" w:rsidRDefault="00000000">
      <w:r>
        <w:t>[Your Name]</w:t>
      </w:r>
    </w:p>
    <w:p w14:paraId="3B624FC4" w14:textId="77777777" w:rsidR="00B466D6" w:rsidRDefault="00000000">
      <w:r>
        <w:t>Mobile: [Your Phone Number]</w:t>
      </w:r>
    </w:p>
    <w:p w14:paraId="459ADD48" w14:textId="77777777" w:rsidR="00B466D6" w:rsidRDefault="00000000">
      <w:r>
        <w:t>Email: [Your Email]</w:t>
      </w:r>
    </w:p>
    <w:p w14:paraId="6127ED25" w14:textId="77777777" w:rsidR="00B466D6" w:rsidRDefault="00B466D6"/>
    <w:p w14:paraId="53C1840D" w14:textId="77777777" w:rsidR="00B466D6" w:rsidRDefault="00000000">
      <w:r w:rsidRPr="001907AF">
        <w:rPr>
          <w:b/>
          <w:bCs/>
        </w:rPr>
        <w:t>Pro Tip</w:t>
      </w:r>
      <w:r>
        <w:t>: Keep a copy of this letter for your records. If you’re submitting it in person, ask the bank to stamp and sign your copy as acknowledgment.</w:t>
      </w:r>
    </w:p>
    <w:sectPr w:rsidR="00B466D6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68584322">
    <w:abstractNumId w:val="8"/>
  </w:num>
  <w:num w:numId="2" w16cid:durableId="1579244901">
    <w:abstractNumId w:val="6"/>
  </w:num>
  <w:num w:numId="3" w16cid:durableId="305201969">
    <w:abstractNumId w:val="5"/>
  </w:num>
  <w:num w:numId="4" w16cid:durableId="1198814015">
    <w:abstractNumId w:val="4"/>
  </w:num>
  <w:num w:numId="5" w16cid:durableId="1643608731">
    <w:abstractNumId w:val="7"/>
  </w:num>
  <w:num w:numId="6" w16cid:durableId="1422027890">
    <w:abstractNumId w:val="3"/>
  </w:num>
  <w:num w:numId="7" w16cid:durableId="2039577057">
    <w:abstractNumId w:val="2"/>
  </w:num>
  <w:num w:numId="8" w16cid:durableId="168953979">
    <w:abstractNumId w:val="1"/>
  </w:num>
  <w:num w:numId="9" w16cid:durableId="13199928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1907AF"/>
    <w:rsid w:val="0029639D"/>
    <w:rsid w:val="00326F90"/>
    <w:rsid w:val="00AA1D8D"/>
    <w:rsid w:val="00B466D6"/>
    <w:rsid w:val="00B47730"/>
    <w:rsid w:val="00CB0664"/>
    <w:rsid w:val="00EC4618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67C26E5"/>
  <w14:defaultImageDpi w14:val="300"/>
  <w15:docId w15:val="{0130DBFE-7821-49EC-ABCF-FFC0B12D78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248</Words>
  <Characters>1419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1664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Rajmohan Nair</cp:lastModifiedBy>
  <cp:revision>2</cp:revision>
  <dcterms:created xsi:type="dcterms:W3CDTF">2013-12-23T23:15:00Z</dcterms:created>
  <dcterms:modified xsi:type="dcterms:W3CDTF">2026-02-12T16:39:00Z</dcterms:modified>
  <cp:category/>
</cp:coreProperties>
</file>